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BBA9" w14:textId="77777777" w:rsidR="000D0747" w:rsidRDefault="00000000">
      <w:pPr>
        <w:spacing w:after="0" w:line="278" w:lineRule="auto"/>
        <w:jc w:val="right"/>
      </w:pPr>
      <w:r>
        <w:rPr>
          <w:color w:val="000000"/>
          <w:sz w:val="19"/>
        </w:rPr>
        <w:t>2026年9月3日</w:t>
      </w:r>
    </w:p>
    <w:p w14:paraId="0A1D393C" w14:textId="77777777" w:rsidR="000D0747" w:rsidRDefault="00000000">
      <w:pPr>
        <w:spacing w:after="0" w:line="278" w:lineRule="auto"/>
      </w:pPr>
      <w:r>
        <w:rPr>
          <w:color w:val="000000"/>
        </w:rPr>
        <w:t>お客様各位</w:t>
      </w:r>
    </w:p>
    <w:p w14:paraId="1E296992" w14:textId="77777777" w:rsidR="000D0747" w:rsidRDefault="00000000">
      <w:pPr>
        <w:spacing w:after="0" w:line="278" w:lineRule="auto"/>
        <w:jc w:val="right"/>
      </w:pPr>
      <w:r>
        <w:rPr>
          <w:color w:val="000000"/>
          <w:sz w:val="20"/>
        </w:rPr>
        <w:t>西新ゴルフセンター</w:t>
      </w:r>
    </w:p>
    <w:p w14:paraId="35C3D76A" w14:textId="77777777" w:rsidR="000D0747" w:rsidRDefault="00000000">
      <w:pPr>
        <w:spacing w:before="120" w:after="120" w:line="278" w:lineRule="auto"/>
        <w:jc w:val="center"/>
      </w:pPr>
      <w:r>
        <w:rPr>
          <w:b/>
          <w:color w:val="000000"/>
          <w:sz w:val="35"/>
        </w:rPr>
        <w:t>スクール時間および定員変更のお知らせ</w:t>
      </w:r>
    </w:p>
    <w:p w14:paraId="352BBB06" w14:textId="77777777" w:rsidR="000D0747" w:rsidRDefault="00000000">
      <w:pPr>
        <w:spacing w:after="80" w:line="278" w:lineRule="auto"/>
      </w:pPr>
      <w:r>
        <w:rPr>
          <w:color w:val="000000"/>
        </w:rPr>
        <w:t>平素より西新ゴルフセンターをご利用いただき、誠にありがとうございます。</w:t>
      </w:r>
    </w:p>
    <w:p w14:paraId="69B2B3E3" w14:textId="77777777" w:rsidR="000D0747" w:rsidRDefault="00000000">
      <w:pPr>
        <w:spacing w:after="100" w:line="278" w:lineRule="auto"/>
      </w:pPr>
      <w:r>
        <w:rPr>
          <w:color w:val="000000"/>
        </w:rPr>
        <w:t>このたび当センターでは、より質の高いレッスンをご提供するため、2026年10月1日（木）より、スクール時間および定員を下記のとおり変更させていただくこととなりました。</w:t>
      </w:r>
    </w:p>
    <w:p w14:paraId="07ABFC16" w14:textId="77777777" w:rsidR="000D0747" w:rsidRDefault="00000000">
      <w:pPr>
        <w:spacing w:after="80" w:line="278" w:lineRule="auto"/>
        <w:jc w:val="center"/>
      </w:pPr>
      <w:r>
        <w:rPr>
          <w:b/>
          <w:color w:val="000000"/>
          <w:sz w:val="23"/>
        </w:rPr>
        <w:t>記</w:t>
      </w:r>
    </w:p>
    <w:p w14:paraId="6BF28BB1" w14:textId="77777777" w:rsidR="000D0747" w:rsidRDefault="00000000">
      <w:pPr>
        <w:spacing w:after="20" w:line="278" w:lineRule="auto"/>
      </w:pPr>
      <w:r>
        <w:rPr>
          <w:b/>
          <w:color w:val="000000"/>
          <w:sz w:val="23"/>
        </w:rPr>
        <w:t>1．変更開始日</w:t>
      </w:r>
    </w:p>
    <w:p w14:paraId="52E5EBE0" w14:textId="77777777" w:rsidR="000D0747" w:rsidRDefault="00000000">
      <w:pPr>
        <w:spacing w:after="80" w:line="278" w:lineRule="auto"/>
      </w:pPr>
      <w:r>
        <w:rPr>
          <w:b/>
          <w:color w:val="C00000"/>
          <w:sz w:val="23"/>
        </w:rPr>
        <w:t>2026年10月1日（木）</w:t>
      </w:r>
    </w:p>
    <w:p w14:paraId="5996E3D7" w14:textId="77777777" w:rsidR="000D0747" w:rsidRDefault="00000000">
      <w:pPr>
        <w:spacing w:after="40" w:line="278" w:lineRule="auto"/>
      </w:pPr>
      <w:r>
        <w:rPr>
          <w:b/>
          <w:color w:val="000000"/>
          <w:sz w:val="23"/>
        </w:rPr>
        <w:t>2．変更内容</w:t>
      </w:r>
    </w:p>
    <w:tbl>
      <w:tblPr>
        <w:tblW w:w="0" w:type="auto"/>
        <w:jc w:val="center"/>
        <w:tblLayout w:type="fixed"/>
        <w:tblLook w:val="04A0" w:firstRow="1" w:lastRow="0" w:firstColumn="1" w:lastColumn="0" w:noHBand="0" w:noVBand="1"/>
      </w:tblPr>
      <w:tblGrid>
        <w:gridCol w:w="3969"/>
        <w:gridCol w:w="2381"/>
        <w:gridCol w:w="3005"/>
      </w:tblGrid>
      <w:tr w:rsidR="000D0747" w14:paraId="550B3ECC" w14:textId="77777777">
        <w:trPr>
          <w:jc w:val="center"/>
        </w:trPr>
        <w:tc>
          <w:tcPr>
            <w:tcW w:w="3969" w:type="dxa"/>
            <w:tcBorders>
              <w:top w:val="single" w:sz="6" w:space="0" w:color="9AAEBC"/>
              <w:left w:val="single" w:sz="6" w:space="0" w:color="9AAEBC"/>
              <w:bottom w:val="single" w:sz="6" w:space="0" w:color="9AAEBC"/>
              <w:right w:val="single" w:sz="6" w:space="0" w:color="9AAEBC"/>
            </w:tcBorders>
            <w:shd w:val="clear" w:color="auto" w:fill="1F4E78"/>
            <w:tcMar>
              <w:top w:w="130" w:type="dxa"/>
              <w:left w:w="130" w:type="dxa"/>
              <w:bottom w:w="130" w:type="dxa"/>
              <w:right w:w="130" w:type="dxa"/>
            </w:tcMar>
            <w:vAlign w:val="center"/>
          </w:tcPr>
          <w:p w14:paraId="0CAF856D" w14:textId="77777777" w:rsidR="000D0747" w:rsidRDefault="00000000">
            <w:pPr>
              <w:spacing w:after="0" w:line="240" w:lineRule="auto"/>
              <w:jc w:val="center"/>
            </w:pPr>
            <w:r>
              <w:rPr>
                <w:b/>
                <w:color w:val="FFFFFF"/>
              </w:rPr>
              <w:t>変更項目</w:t>
            </w:r>
          </w:p>
        </w:tc>
        <w:tc>
          <w:tcPr>
            <w:tcW w:w="2381" w:type="dxa"/>
            <w:tcBorders>
              <w:top w:val="single" w:sz="6" w:space="0" w:color="9AAEBC"/>
              <w:left w:val="single" w:sz="6" w:space="0" w:color="9AAEBC"/>
              <w:bottom w:val="single" w:sz="6" w:space="0" w:color="9AAEBC"/>
              <w:right w:val="single" w:sz="6" w:space="0" w:color="9AAEBC"/>
            </w:tcBorders>
            <w:shd w:val="clear" w:color="auto" w:fill="1F4E78"/>
            <w:tcMar>
              <w:top w:w="130" w:type="dxa"/>
              <w:left w:w="130" w:type="dxa"/>
              <w:bottom w:w="130" w:type="dxa"/>
              <w:right w:w="130" w:type="dxa"/>
            </w:tcMar>
            <w:vAlign w:val="center"/>
          </w:tcPr>
          <w:p w14:paraId="449E63AA" w14:textId="77777777" w:rsidR="000D0747" w:rsidRDefault="00000000">
            <w:pPr>
              <w:spacing w:after="0" w:line="240" w:lineRule="auto"/>
              <w:jc w:val="center"/>
            </w:pPr>
            <w:r>
              <w:rPr>
                <w:b/>
                <w:color w:val="FFFFFF"/>
              </w:rPr>
              <w:t>変更前</w:t>
            </w:r>
          </w:p>
        </w:tc>
        <w:tc>
          <w:tcPr>
            <w:tcW w:w="3005" w:type="dxa"/>
            <w:tcBorders>
              <w:top w:val="single" w:sz="6" w:space="0" w:color="9AAEBC"/>
              <w:left w:val="single" w:sz="6" w:space="0" w:color="9AAEBC"/>
              <w:bottom w:val="single" w:sz="6" w:space="0" w:color="9AAEBC"/>
              <w:right w:val="single" w:sz="6" w:space="0" w:color="9AAEBC"/>
            </w:tcBorders>
            <w:shd w:val="clear" w:color="auto" w:fill="1F4E78"/>
            <w:tcMar>
              <w:top w:w="130" w:type="dxa"/>
              <w:left w:w="130" w:type="dxa"/>
              <w:bottom w:w="130" w:type="dxa"/>
              <w:right w:w="130" w:type="dxa"/>
            </w:tcMar>
            <w:vAlign w:val="center"/>
          </w:tcPr>
          <w:p w14:paraId="0B624C06" w14:textId="77777777" w:rsidR="000D0747" w:rsidRDefault="00000000">
            <w:pPr>
              <w:spacing w:after="0" w:line="240" w:lineRule="auto"/>
              <w:jc w:val="center"/>
            </w:pPr>
            <w:r>
              <w:rPr>
                <w:b/>
                <w:color w:val="FFFFFF"/>
              </w:rPr>
              <w:t>変更後</w:t>
            </w:r>
          </w:p>
        </w:tc>
      </w:tr>
      <w:tr w:rsidR="000D0747" w14:paraId="02B857E0" w14:textId="77777777">
        <w:trPr>
          <w:jc w:val="center"/>
        </w:trPr>
        <w:tc>
          <w:tcPr>
            <w:tcW w:w="3969" w:type="dxa"/>
            <w:tcBorders>
              <w:top w:val="single" w:sz="6" w:space="0" w:color="9AAEBC"/>
              <w:left w:val="single" w:sz="6" w:space="0" w:color="9AAEBC"/>
              <w:bottom w:val="single" w:sz="6" w:space="0" w:color="9AAEBC"/>
              <w:right w:val="single" w:sz="6" w:space="0" w:color="9AAEBC"/>
            </w:tcBorders>
            <w:tcMar>
              <w:top w:w="130" w:type="dxa"/>
              <w:left w:w="130" w:type="dxa"/>
              <w:bottom w:w="130" w:type="dxa"/>
              <w:right w:w="130" w:type="dxa"/>
            </w:tcMar>
            <w:vAlign w:val="center"/>
          </w:tcPr>
          <w:p w14:paraId="2B74EFED" w14:textId="77777777" w:rsidR="000D0747" w:rsidRDefault="00000000">
            <w:pPr>
              <w:spacing w:after="0" w:line="240" w:lineRule="auto"/>
              <w:jc w:val="center"/>
            </w:pPr>
            <w:r>
              <w:rPr>
                <w:b/>
                <w:color w:val="1F4E78"/>
                <w:sz w:val="20"/>
              </w:rPr>
              <w:t>スクール時間</w:t>
            </w:r>
          </w:p>
        </w:tc>
        <w:tc>
          <w:tcPr>
            <w:tcW w:w="2381" w:type="dxa"/>
            <w:tcBorders>
              <w:top w:val="single" w:sz="6" w:space="0" w:color="9AAEBC"/>
              <w:left w:val="single" w:sz="6" w:space="0" w:color="9AAEBC"/>
              <w:bottom w:val="single" w:sz="6" w:space="0" w:color="9AAEBC"/>
              <w:right w:val="single" w:sz="6" w:space="0" w:color="9AAEBC"/>
            </w:tcBorders>
            <w:tcMar>
              <w:top w:w="130" w:type="dxa"/>
              <w:left w:w="130" w:type="dxa"/>
              <w:bottom w:w="130" w:type="dxa"/>
              <w:right w:w="130" w:type="dxa"/>
            </w:tcMar>
            <w:vAlign w:val="center"/>
          </w:tcPr>
          <w:p w14:paraId="40252C71" w14:textId="77777777" w:rsidR="000D0747" w:rsidRDefault="00000000">
            <w:pPr>
              <w:spacing w:after="0" w:line="240" w:lineRule="auto"/>
              <w:jc w:val="center"/>
            </w:pPr>
            <w:r>
              <w:rPr>
                <w:color w:val="666666"/>
                <w:sz w:val="23"/>
              </w:rPr>
              <w:t>70分</w:t>
            </w:r>
          </w:p>
        </w:tc>
        <w:tc>
          <w:tcPr>
            <w:tcW w:w="3005" w:type="dxa"/>
            <w:tcBorders>
              <w:top w:val="single" w:sz="6" w:space="0" w:color="9AAEBC"/>
              <w:left w:val="single" w:sz="6" w:space="0" w:color="9AAEBC"/>
              <w:bottom w:val="single" w:sz="6" w:space="0" w:color="9AAEBC"/>
              <w:right w:val="single" w:sz="6" w:space="0" w:color="9AAEBC"/>
            </w:tcBorders>
            <w:shd w:val="clear" w:color="auto" w:fill="FFF2CC"/>
            <w:tcMar>
              <w:top w:w="130" w:type="dxa"/>
              <w:left w:w="130" w:type="dxa"/>
              <w:bottom w:w="130" w:type="dxa"/>
              <w:right w:w="130" w:type="dxa"/>
            </w:tcMar>
            <w:vAlign w:val="center"/>
          </w:tcPr>
          <w:p w14:paraId="6D26C09E" w14:textId="77777777" w:rsidR="000D0747" w:rsidRDefault="00000000">
            <w:pPr>
              <w:spacing w:after="0" w:line="240" w:lineRule="auto"/>
              <w:jc w:val="center"/>
            </w:pPr>
            <w:r>
              <w:rPr>
                <w:b/>
                <w:color w:val="C00000"/>
                <w:sz w:val="32"/>
              </w:rPr>
              <w:t>60分</w:t>
            </w:r>
          </w:p>
        </w:tc>
      </w:tr>
      <w:tr w:rsidR="000D0747" w14:paraId="01CC6EDD" w14:textId="77777777">
        <w:trPr>
          <w:jc w:val="center"/>
        </w:trPr>
        <w:tc>
          <w:tcPr>
            <w:tcW w:w="3969" w:type="dxa"/>
            <w:tcBorders>
              <w:top w:val="single" w:sz="6" w:space="0" w:color="9AAEBC"/>
              <w:left w:val="single" w:sz="6" w:space="0" w:color="9AAEBC"/>
              <w:bottom w:val="single" w:sz="6" w:space="0" w:color="9AAEBC"/>
              <w:right w:val="single" w:sz="6" w:space="0" w:color="9AAEBC"/>
            </w:tcBorders>
            <w:tcMar>
              <w:top w:w="130" w:type="dxa"/>
              <w:left w:w="130" w:type="dxa"/>
              <w:bottom w:w="130" w:type="dxa"/>
              <w:right w:w="130" w:type="dxa"/>
            </w:tcMar>
            <w:vAlign w:val="center"/>
          </w:tcPr>
          <w:p w14:paraId="750FE432" w14:textId="77777777" w:rsidR="000D0747" w:rsidRDefault="00000000">
            <w:pPr>
              <w:spacing w:after="0" w:line="240" w:lineRule="auto"/>
              <w:jc w:val="center"/>
            </w:pPr>
            <w:r>
              <w:rPr>
                <w:b/>
                <w:color w:val="1F4E78"/>
                <w:sz w:val="20"/>
              </w:rPr>
              <w:t>1クラスあたりの定員</w:t>
            </w:r>
          </w:p>
        </w:tc>
        <w:tc>
          <w:tcPr>
            <w:tcW w:w="2381" w:type="dxa"/>
            <w:tcBorders>
              <w:top w:val="single" w:sz="6" w:space="0" w:color="9AAEBC"/>
              <w:left w:val="single" w:sz="6" w:space="0" w:color="9AAEBC"/>
              <w:bottom w:val="single" w:sz="6" w:space="0" w:color="9AAEBC"/>
              <w:right w:val="single" w:sz="6" w:space="0" w:color="9AAEBC"/>
            </w:tcBorders>
            <w:tcMar>
              <w:top w:w="130" w:type="dxa"/>
              <w:left w:w="130" w:type="dxa"/>
              <w:bottom w:w="130" w:type="dxa"/>
              <w:right w:w="130" w:type="dxa"/>
            </w:tcMar>
            <w:vAlign w:val="center"/>
          </w:tcPr>
          <w:p w14:paraId="7DB2385D" w14:textId="77777777" w:rsidR="000D0747" w:rsidRDefault="00000000">
            <w:pPr>
              <w:spacing w:after="0" w:line="240" w:lineRule="auto"/>
              <w:jc w:val="center"/>
            </w:pPr>
            <w:r>
              <w:rPr>
                <w:color w:val="666666"/>
                <w:sz w:val="23"/>
              </w:rPr>
              <w:t>最大7名</w:t>
            </w:r>
          </w:p>
        </w:tc>
        <w:tc>
          <w:tcPr>
            <w:tcW w:w="3005" w:type="dxa"/>
            <w:tcBorders>
              <w:top w:val="single" w:sz="6" w:space="0" w:color="9AAEBC"/>
              <w:left w:val="single" w:sz="6" w:space="0" w:color="9AAEBC"/>
              <w:bottom w:val="single" w:sz="6" w:space="0" w:color="9AAEBC"/>
              <w:right w:val="single" w:sz="6" w:space="0" w:color="9AAEBC"/>
            </w:tcBorders>
            <w:shd w:val="clear" w:color="auto" w:fill="FFF2CC"/>
            <w:tcMar>
              <w:top w:w="130" w:type="dxa"/>
              <w:left w:w="130" w:type="dxa"/>
              <w:bottom w:w="130" w:type="dxa"/>
              <w:right w:w="130" w:type="dxa"/>
            </w:tcMar>
            <w:vAlign w:val="center"/>
          </w:tcPr>
          <w:p w14:paraId="392955C6" w14:textId="77777777" w:rsidR="000D0747" w:rsidRDefault="00000000">
            <w:pPr>
              <w:spacing w:after="0" w:line="240" w:lineRule="auto"/>
              <w:jc w:val="center"/>
            </w:pPr>
            <w:r>
              <w:rPr>
                <w:b/>
                <w:color w:val="C00000"/>
                <w:sz w:val="32"/>
              </w:rPr>
              <w:t>最大5名</w:t>
            </w:r>
          </w:p>
        </w:tc>
      </w:tr>
    </w:tbl>
    <w:p w14:paraId="1AC5D746" w14:textId="77777777" w:rsidR="000D0747" w:rsidRDefault="00000000">
      <w:pPr>
        <w:spacing w:before="100" w:after="40" w:line="278" w:lineRule="auto"/>
      </w:pPr>
      <w:r>
        <w:rPr>
          <w:b/>
          <w:color w:val="000000"/>
          <w:sz w:val="23"/>
        </w:rPr>
        <w:t>3．変更の目的</w:t>
      </w:r>
    </w:p>
    <w:p w14:paraId="32E05ABF" w14:textId="77777777" w:rsidR="000D0747" w:rsidRDefault="00000000">
      <w:pPr>
        <w:spacing w:after="80" w:line="278" w:lineRule="auto"/>
      </w:pPr>
      <w:r>
        <w:rPr>
          <w:color w:val="000000"/>
          <w:sz w:val="20"/>
        </w:rPr>
        <w:t>定員を5名とすることで、レッスンプロがお客様お一人おひとりに対し、これまで以上にきめ細やかな指導を行うことが可能となり、より充実したレッスンをお受けいただけます。</w:t>
      </w:r>
    </w:p>
    <w:p w14:paraId="64061259" w14:textId="77777777" w:rsidR="000D0747" w:rsidRDefault="00000000">
      <w:pPr>
        <w:spacing w:after="60" w:line="278" w:lineRule="auto"/>
      </w:pPr>
      <w:r>
        <w:rPr>
          <w:b/>
          <w:color w:val="C00000"/>
          <w:sz w:val="20"/>
        </w:rPr>
        <w:t>なお、レッスン時間の変更に伴い、一部のレッスン開始時間も変更となっております。</w:t>
      </w:r>
    </w:p>
    <w:p w14:paraId="57FACCAD" w14:textId="77777777" w:rsidR="000D0747" w:rsidRDefault="00000000">
      <w:pPr>
        <w:spacing w:after="60" w:line="278" w:lineRule="auto"/>
      </w:pPr>
      <w:r>
        <w:rPr>
          <w:b/>
          <w:color w:val="C00000"/>
        </w:rPr>
        <w:t>スクールのご予約は、開始時刻の30分前までにお願いいたします。</w:t>
      </w:r>
    </w:p>
    <w:p w14:paraId="4B8AFBB6" w14:textId="77777777" w:rsidR="000D0747" w:rsidRDefault="00000000">
      <w:pPr>
        <w:spacing w:after="60" w:line="278" w:lineRule="auto"/>
      </w:pPr>
      <w:r>
        <w:rPr>
          <w:color w:val="000000"/>
          <w:sz w:val="20"/>
        </w:rPr>
        <w:t>変更後のスクールスケジュールにつきましては、別紙をご確認くださいますようお願いいたします。</w:t>
      </w:r>
    </w:p>
    <w:p w14:paraId="2DE7606A" w14:textId="77777777" w:rsidR="000D0747" w:rsidRDefault="00000000">
      <w:pPr>
        <w:spacing w:after="60" w:line="278" w:lineRule="auto"/>
      </w:pPr>
      <w:r>
        <w:rPr>
          <w:color w:val="000000"/>
          <w:sz w:val="20"/>
        </w:rPr>
        <w:t>今後も皆様にご満足いただけるスクール運営に努めてまいりますので、何卒ご理解を賜りますようお願い申し上げます。</w:t>
      </w:r>
    </w:p>
    <w:p w14:paraId="206AA08C" w14:textId="77777777" w:rsidR="000D0747" w:rsidRDefault="00000000">
      <w:pPr>
        <w:spacing w:after="0" w:line="278" w:lineRule="auto"/>
        <w:jc w:val="right"/>
      </w:pPr>
      <w:r>
        <w:rPr>
          <w:color w:val="000000"/>
        </w:rPr>
        <w:t>以上</w:t>
      </w:r>
    </w:p>
    <w:sectPr w:rsidR="000D0747" w:rsidSect="00034616">
      <w:pgSz w:w="11906" w:h="16838"/>
      <w:pgMar w:top="737" w:right="1077" w:bottom="73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79377904">
    <w:abstractNumId w:val="8"/>
  </w:num>
  <w:num w:numId="2" w16cid:durableId="598177097">
    <w:abstractNumId w:val="6"/>
  </w:num>
  <w:num w:numId="3" w16cid:durableId="955985979">
    <w:abstractNumId w:val="5"/>
  </w:num>
  <w:num w:numId="4" w16cid:durableId="1528712713">
    <w:abstractNumId w:val="4"/>
  </w:num>
  <w:num w:numId="5" w16cid:durableId="779570194">
    <w:abstractNumId w:val="7"/>
  </w:num>
  <w:num w:numId="6" w16cid:durableId="512764879">
    <w:abstractNumId w:val="3"/>
  </w:num>
  <w:num w:numId="7" w16cid:durableId="1928419676">
    <w:abstractNumId w:val="2"/>
  </w:num>
  <w:num w:numId="8" w16cid:durableId="496389521">
    <w:abstractNumId w:val="1"/>
  </w:num>
  <w:num w:numId="9" w16cid:durableId="242449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396"/>
    <w:rsid w:val="00034616"/>
    <w:rsid w:val="000560BD"/>
    <w:rsid w:val="0006063C"/>
    <w:rsid w:val="000D0747"/>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0B7DC1F3"/>
  <w14:defaultImageDpi w14:val="300"/>
  <w15:docId w15:val="{27DB17F4-C506-4B7B-B4D7-D8ADBE9A6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76</Words>
  <Characters>438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スクール時間および定員変更のお知らせ 予約案内追加版</dc:title>
  <dc:subject/>
  <dc:creator>前山 剛（西鉄ウェルネス）</dc:creator>
  <cp:keywords/>
  <dc:description>generated by python-docx</dc:description>
  <cp:lastModifiedBy>前山　剛</cp:lastModifiedBy>
  <cp:revision>2</cp:revision>
  <dcterms:created xsi:type="dcterms:W3CDTF">2026-09-03T05:43:00Z</dcterms:created>
  <dcterms:modified xsi:type="dcterms:W3CDTF">2026-09-03T05:43:00Z</dcterms:modified>
  <cp:category/>
</cp:coreProperties>
</file>